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355"/>
      </w:tblGrid>
      <w:tr>
        <w:tc>
          <w:tcPr>
            <w:tcW w:type="dxa" w:w="9355"/>
            <w:shd w:fill="FFF2CC"/>
          </w:tcPr>
          <w:p>
            <w:pPr>
              <w:spacing w:after="20"/>
            </w:pPr>
            <w:r/>
            <w:r>
              <w:rPr>
                <w:rFonts w:ascii="Times New Roman" w:hAnsi="Times New Roman"/>
                <w:b/>
                <w:sz w:val="19"/>
              </w:rPr>
              <w:t>FOLHA DE IDENTIFICAÇÃO — ARQUIVO SEPARADO</w:t>
            </w:r>
          </w:p>
          <w:p>
            <w:pPr>
              <w:spacing w:after="20"/>
            </w:pPr>
            <w:r>
              <w:rPr>
                <w:rFonts w:ascii="Times New Roman" w:hAnsi="Times New Roman"/>
                <w:b w:val="0"/>
                <w:sz w:val="19"/>
              </w:rPr>
              <w:t>Este documento não é encaminhado aos avaliadores durante a avaliação duplo-cega.</w:t>
            </w:r>
          </w:p>
          <w:p>
            <w:pPr>
              <w:spacing w:after="20"/>
            </w:pPr>
            <w:r>
              <w:rPr>
                <w:rFonts w:ascii="Times New Roman" w:hAnsi="Times New Roman"/>
                <w:b w:val="0"/>
                <w:sz w:val="19"/>
              </w:rPr>
              <w:t>Preencha os dados de todos os autores exatamente como deverão aparecer na publicação.</w:t>
            </w:r>
          </w:p>
        </w:tc>
      </w:tr>
    </w:tbl>
    <w:p>
      <w:pPr>
        <w:jc w:val="center"/>
      </w:pPr>
      <w:r>
        <w:rPr>
          <w:b/>
          <w:sz w:val="26"/>
        </w:rPr>
        <w:t>[TÍTULO DO ARTIGO]</w:t>
      </w:r>
    </w:p>
    <w:p>
      <w:pPr>
        <w:pStyle w:val="Heading1"/>
      </w:pPr>
      <w:r>
        <w:t>1. Dados dos autores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336"/>
        <w:gridCol w:w="1336"/>
        <w:gridCol w:w="1336"/>
        <w:gridCol w:w="1336"/>
        <w:gridCol w:w="1336"/>
        <w:gridCol w:w="1336"/>
        <w:gridCol w:w="1336"/>
      </w:tblGrid>
      <w:tr>
        <w:tc>
          <w:tcPr>
            <w:tcW w:type="dxa" w:w="1336"/>
            <w:vAlign w:val="center"/>
            <w:shd w:fill="D9EAF7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/>
                <w:sz w:val="15"/>
              </w:rPr>
              <w:t>Nome completo</w:t>
            </w:r>
          </w:p>
        </w:tc>
        <w:tc>
          <w:tcPr>
            <w:tcW w:type="dxa" w:w="1336"/>
            <w:vAlign w:val="center"/>
            <w:shd w:fill="D9EAF7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/>
                <w:sz w:val="15"/>
              </w:rPr>
              <w:t>Afiliação completa</w:t>
            </w:r>
          </w:p>
        </w:tc>
        <w:tc>
          <w:tcPr>
            <w:tcW w:type="dxa" w:w="1336"/>
            <w:vAlign w:val="center"/>
            <w:shd w:fill="D9EAF7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/>
                <w:sz w:val="15"/>
              </w:rPr>
              <w:t>Cidade/País</w:t>
            </w:r>
          </w:p>
        </w:tc>
        <w:tc>
          <w:tcPr>
            <w:tcW w:type="dxa" w:w="1336"/>
            <w:vAlign w:val="center"/>
            <w:shd w:fill="D9EAF7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/>
                <w:sz w:val="15"/>
              </w:rPr>
              <w:t>ORCID</w:t>
            </w:r>
          </w:p>
        </w:tc>
        <w:tc>
          <w:tcPr>
            <w:tcW w:type="dxa" w:w="1336"/>
            <w:vAlign w:val="center"/>
            <w:shd w:fill="D9EAF7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/>
                <w:sz w:val="15"/>
              </w:rPr>
              <w:t>E-mail</w:t>
            </w:r>
          </w:p>
        </w:tc>
        <w:tc>
          <w:tcPr>
            <w:tcW w:type="dxa" w:w="1336"/>
            <w:vAlign w:val="center"/>
            <w:shd w:fill="D9EAF7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/>
                <w:sz w:val="15"/>
              </w:rPr>
              <w:t>Correspondente?</w:t>
            </w:r>
          </w:p>
        </w:tc>
        <w:tc>
          <w:tcPr>
            <w:tcW w:type="dxa" w:w="1336"/>
            <w:vAlign w:val="center"/>
            <w:shd w:fill="D9EAF7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/>
                <w:sz w:val="15"/>
              </w:rPr>
              <w:t>CRediT</w:t>
            </w:r>
          </w:p>
        </w:tc>
      </w:tr>
      <w:tr>
        <w:tc>
          <w:tcPr>
            <w:tcW w:type="dxa" w:w="1336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5"/>
              </w:rPr>
              <w:t>[Nome]</w:t>
            </w:r>
          </w:p>
        </w:tc>
        <w:tc>
          <w:tcPr>
            <w:tcW w:type="dxa" w:w="1336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5"/>
              </w:rPr>
              <w:t>[Instituição por extenso ou pesquisador independente]</w:t>
            </w:r>
          </w:p>
        </w:tc>
        <w:tc>
          <w:tcPr>
            <w:tcW w:type="dxa" w:w="1336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5"/>
              </w:rPr>
              <w:t>[Cidade, País]</w:t>
            </w:r>
          </w:p>
        </w:tc>
        <w:tc>
          <w:tcPr>
            <w:tcW w:type="dxa" w:w="1336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5"/>
              </w:rPr>
              <w:t>[0000-0000-0000-0000]</w:t>
            </w:r>
          </w:p>
        </w:tc>
        <w:tc>
          <w:tcPr>
            <w:tcW w:type="dxa" w:w="1336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5"/>
              </w:rPr>
              <w:t>[e-mail]</w:t>
            </w:r>
          </w:p>
        </w:tc>
        <w:tc>
          <w:tcPr>
            <w:tcW w:type="dxa" w:w="1336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5"/>
              </w:rPr>
              <w:t>[Sim/Não]</w:t>
            </w:r>
          </w:p>
        </w:tc>
        <w:tc>
          <w:tcPr>
            <w:tcW w:type="dxa" w:w="1336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5"/>
              </w:rPr>
              <w:t>[Funções]</w:t>
            </w:r>
          </w:p>
        </w:tc>
      </w:tr>
      <w:tr>
        <w:tc>
          <w:tcPr>
            <w:tcW w:type="dxa" w:w="1336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5"/>
              </w:rPr>
              <w:t>[Nome]</w:t>
            </w:r>
          </w:p>
        </w:tc>
        <w:tc>
          <w:tcPr>
            <w:tcW w:type="dxa" w:w="1336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5"/>
              </w:rPr>
              <w:t>[Instituição por extenso ou pesquisador independente]</w:t>
            </w:r>
          </w:p>
        </w:tc>
        <w:tc>
          <w:tcPr>
            <w:tcW w:type="dxa" w:w="1336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5"/>
              </w:rPr>
              <w:t>[Cidade, País]</w:t>
            </w:r>
          </w:p>
        </w:tc>
        <w:tc>
          <w:tcPr>
            <w:tcW w:type="dxa" w:w="1336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5"/>
              </w:rPr>
              <w:t>[0000-0000-0000-0000]</w:t>
            </w:r>
          </w:p>
        </w:tc>
        <w:tc>
          <w:tcPr>
            <w:tcW w:type="dxa" w:w="1336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5"/>
              </w:rPr>
              <w:t>[e-mail]</w:t>
            </w:r>
          </w:p>
        </w:tc>
        <w:tc>
          <w:tcPr>
            <w:tcW w:type="dxa" w:w="1336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5"/>
              </w:rPr>
              <w:t>[Sim/Não]</w:t>
            </w:r>
          </w:p>
        </w:tc>
        <w:tc>
          <w:tcPr>
            <w:tcW w:type="dxa" w:w="1336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5"/>
              </w:rPr>
              <w:t>[Funções]</w:t>
            </w:r>
          </w:p>
        </w:tc>
      </w:tr>
      <w:tr>
        <w:tc>
          <w:tcPr>
            <w:tcW w:type="dxa" w:w="1336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5"/>
              </w:rPr>
              <w:t>[Nome]</w:t>
            </w:r>
          </w:p>
        </w:tc>
        <w:tc>
          <w:tcPr>
            <w:tcW w:type="dxa" w:w="1336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5"/>
              </w:rPr>
              <w:t>[Instituição por extenso ou pesquisador independente]</w:t>
            </w:r>
          </w:p>
        </w:tc>
        <w:tc>
          <w:tcPr>
            <w:tcW w:type="dxa" w:w="1336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5"/>
              </w:rPr>
              <w:t>[Cidade, País]</w:t>
            </w:r>
          </w:p>
        </w:tc>
        <w:tc>
          <w:tcPr>
            <w:tcW w:type="dxa" w:w="1336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5"/>
              </w:rPr>
              <w:t>[0000-0000-0000-0000]</w:t>
            </w:r>
          </w:p>
        </w:tc>
        <w:tc>
          <w:tcPr>
            <w:tcW w:type="dxa" w:w="1336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5"/>
              </w:rPr>
              <w:t>[e-mail]</w:t>
            </w:r>
          </w:p>
        </w:tc>
        <w:tc>
          <w:tcPr>
            <w:tcW w:type="dxa" w:w="1336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5"/>
              </w:rPr>
              <w:t>[Sim/Não]</w:t>
            </w:r>
          </w:p>
        </w:tc>
        <w:tc>
          <w:tcPr>
            <w:tcW w:type="dxa" w:w="1336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5"/>
              </w:rPr>
              <w:t>[Funções]</w:t>
            </w:r>
          </w:p>
        </w:tc>
      </w:tr>
    </w:tbl>
    <w:p>
      <w:pPr>
        <w:spacing w:before="80"/>
      </w:pPr>
      <w:r>
        <w:rPr>
          <w:b/>
        </w:rPr>
        <w:t xml:space="preserve">ORCID: </w:t>
      </w:r>
      <w:r>
        <w:t>informe o identificador próprio no formato https://orcid.org/0000-0000-0000-0000.</w:t>
      </w:r>
    </w:p>
    <w:p>
      <w:pPr>
        <w:pStyle w:val="Heading1"/>
      </w:pPr>
      <w:r>
        <w:t>2. Contribuições CRediT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4677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/>
                <w:sz w:val="16"/>
              </w:rPr>
              <w:t>Função</w:t>
            </w:r>
          </w:p>
        </w:tc>
        <w:tc>
          <w:tcPr>
            <w:tcW w:type="dxa" w:w="4677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/>
                <w:sz w:val="16"/>
              </w:rPr>
              <w:t>Autor(es) responsável(is)</w:t>
            </w:r>
          </w:p>
        </w:tc>
      </w:tr>
      <w:tr>
        <w:tc>
          <w:tcPr>
            <w:tcW w:type="dxa" w:w="4677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6"/>
              </w:rPr>
              <w:t>Conceituação</w:t>
            </w:r>
          </w:p>
        </w:tc>
        <w:tc>
          <w:tcPr>
            <w:tcW w:type="dxa" w:w="4677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6"/>
              </w:rPr>
              <w:t>[Nome(s)]</w:t>
            </w:r>
          </w:p>
        </w:tc>
      </w:tr>
      <w:tr>
        <w:tc>
          <w:tcPr>
            <w:tcW w:type="dxa" w:w="4677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6"/>
              </w:rPr>
              <w:t>Curadoria de dados</w:t>
            </w:r>
          </w:p>
        </w:tc>
        <w:tc>
          <w:tcPr>
            <w:tcW w:type="dxa" w:w="4677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6"/>
              </w:rPr>
              <w:t>[Nome(s)]</w:t>
            </w:r>
          </w:p>
        </w:tc>
      </w:tr>
      <w:tr>
        <w:tc>
          <w:tcPr>
            <w:tcW w:type="dxa" w:w="4677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6"/>
              </w:rPr>
              <w:t>Análise formal</w:t>
            </w:r>
          </w:p>
        </w:tc>
        <w:tc>
          <w:tcPr>
            <w:tcW w:type="dxa" w:w="4677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6"/>
              </w:rPr>
              <w:t>[Nome(s)]</w:t>
            </w:r>
          </w:p>
        </w:tc>
      </w:tr>
      <w:tr>
        <w:tc>
          <w:tcPr>
            <w:tcW w:type="dxa" w:w="4677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6"/>
              </w:rPr>
              <w:t>Aquisição de financiamento</w:t>
            </w:r>
          </w:p>
        </w:tc>
        <w:tc>
          <w:tcPr>
            <w:tcW w:type="dxa" w:w="4677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6"/>
              </w:rPr>
              <w:t>[Nome(s)]</w:t>
            </w:r>
          </w:p>
        </w:tc>
      </w:tr>
      <w:tr>
        <w:tc>
          <w:tcPr>
            <w:tcW w:type="dxa" w:w="4677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6"/>
              </w:rPr>
              <w:t>Investigação</w:t>
            </w:r>
          </w:p>
        </w:tc>
        <w:tc>
          <w:tcPr>
            <w:tcW w:type="dxa" w:w="4677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6"/>
              </w:rPr>
              <w:t>[Nome(s)]</w:t>
            </w:r>
          </w:p>
        </w:tc>
      </w:tr>
      <w:tr>
        <w:tc>
          <w:tcPr>
            <w:tcW w:type="dxa" w:w="4677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6"/>
              </w:rPr>
              <w:t>Metodologia</w:t>
            </w:r>
          </w:p>
        </w:tc>
        <w:tc>
          <w:tcPr>
            <w:tcW w:type="dxa" w:w="4677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6"/>
              </w:rPr>
              <w:t>[Nome(s)]</w:t>
            </w:r>
          </w:p>
        </w:tc>
      </w:tr>
      <w:tr>
        <w:tc>
          <w:tcPr>
            <w:tcW w:type="dxa" w:w="4677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6"/>
              </w:rPr>
              <w:t>Administração do projeto</w:t>
            </w:r>
          </w:p>
        </w:tc>
        <w:tc>
          <w:tcPr>
            <w:tcW w:type="dxa" w:w="4677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6"/>
              </w:rPr>
              <w:t>[Nome(s)]</w:t>
            </w:r>
          </w:p>
        </w:tc>
      </w:tr>
      <w:tr>
        <w:tc>
          <w:tcPr>
            <w:tcW w:type="dxa" w:w="4677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6"/>
              </w:rPr>
              <w:t>Recursos</w:t>
            </w:r>
          </w:p>
        </w:tc>
        <w:tc>
          <w:tcPr>
            <w:tcW w:type="dxa" w:w="4677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6"/>
              </w:rPr>
              <w:t>[Nome(s)]</w:t>
            </w:r>
          </w:p>
        </w:tc>
      </w:tr>
      <w:tr>
        <w:tc>
          <w:tcPr>
            <w:tcW w:type="dxa" w:w="4677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6"/>
              </w:rPr>
              <w:t>Software</w:t>
            </w:r>
          </w:p>
        </w:tc>
        <w:tc>
          <w:tcPr>
            <w:tcW w:type="dxa" w:w="4677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6"/>
              </w:rPr>
              <w:t>[Nome(s)]</w:t>
            </w:r>
          </w:p>
        </w:tc>
      </w:tr>
      <w:tr>
        <w:tc>
          <w:tcPr>
            <w:tcW w:type="dxa" w:w="4677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6"/>
              </w:rPr>
              <w:t>Supervisão</w:t>
            </w:r>
          </w:p>
        </w:tc>
        <w:tc>
          <w:tcPr>
            <w:tcW w:type="dxa" w:w="4677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6"/>
              </w:rPr>
              <w:t>[Nome(s)]</w:t>
            </w:r>
          </w:p>
        </w:tc>
      </w:tr>
      <w:tr>
        <w:tc>
          <w:tcPr>
            <w:tcW w:type="dxa" w:w="4677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6"/>
              </w:rPr>
              <w:t>Validação</w:t>
            </w:r>
          </w:p>
        </w:tc>
        <w:tc>
          <w:tcPr>
            <w:tcW w:type="dxa" w:w="4677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6"/>
              </w:rPr>
              <w:t>[Nome(s)]</w:t>
            </w:r>
          </w:p>
        </w:tc>
      </w:tr>
      <w:tr>
        <w:tc>
          <w:tcPr>
            <w:tcW w:type="dxa" w:w="4677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6"/>
              </w:rPr>
              <w:t>Visualização</w:t>
            </w:r>
          </w:p>
        </w:tc>
        <w:tc>
          <w:tcPr>
            <w:tcW w:type="dxa" w:w="4677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6"/>
              </w:rPr>
              <w:t>[Nome(s)]</w:t>
            </w:r>
          </w:p>
        </w:tc>
      </w:tr>
      <w:tr>
        <w:tc>
          <w:tcPr>
            <w:tcW w:type="dxa" w:w="4677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6"/>
              </w:rPr>
              <w:t>Redação — rascunho original</w:t>
            </w:r>
          </w:p>
        </w:tc>
        <w:tc>
          <w:tcPr>
            <w:tcW w:type="dxa" w:w="4677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6"/>
              </w:rPr>
              <w:t>[Nome(s)]</w:t>
            </w:r>
          </w:p>
        </w:tc>
      </w:tr>
      <w:tr>
        <w:tc>
          <w:tcPr>
            <w:tcW w:type="dxa" w:w="4677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6"/>
              </w:rPr>
              <w:t>Redação — revisão e edição</w:t>
            </w:r>
          </w:p>
        </w:tc>
        <w:tc>
          <w:tcPr>
            <w:tcW w:type="dxa" w:w="4677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/>
                <w:b w:val="0"/>
                <w:sz w:val="16"/>
              </w:rPr>
              <w:t>[Nome(s)]</w:t>
            </w:r>
          </w:p>
        </w:tc>
      </w:tr>
    </w:tbl>
    <w:p>
      <w:pPr>
        <w:pStyle w:val="Heading1"/>
      </w:pPr>
      <w:r>
        <w:t>3. Declarações dos autores</w:t>
      </w:r>
    </w:p>
    <w:p>
      <w:pPr>
        <w:spacing w:after="20"/>
      </w:pPr>
      <w:r>
        <w:rPr>
          <w:b/>
        </w:rPr>
        <w:t xml:space="preserve">Financiamento: </w:t>
      </w:r>
      <w:r>
        <w:t>[Fonte e processo, ou ausência de financiamento.]</w:t>
      </w:r>
    </w:p>
    <w:p>
      <w:pPr>
        <w:spacing w:after="20"/>
      </w:pPr>
      <w:r>
        <w:rPr>
          <w:b/>
        </w:rPr>
        <w:t xml:space="preserve">Conflitos de interesse: </w:t>
      </w:r>
      <w:r>
        <w:t>[Conflitos existentes ou declaração de inexistência.]</w:t>
      </w:r>
    </w:p>
    <w:p>
      <w:pPr>
        <w:spacing w:after="20"/>
      </w:pPr>
      <w:r>
        <w:rPr>
          <w:b/>
        </w:rPr>
        <w:t xml:space="preserve">Aprovação ética: </w:t>
      </w:r>
      <w:r>
        <w:t>[Comitê, instituição e parecer, quando aplicável.]</w:t>
      </w:r>
    </w:p>
    <w:p>
      <w:pPr>
        <w:spacing w:after="20"/>
      </w:pPr>
      <w:r>
        <w:rPr>
          <w:b/>
        </w:rPr>
        <w:t xml:space="preserve">Consentimento: </w:t>
      </w:r>
      <w:r>
        <w:t>[Consentimento livre e esclarecido/publicação, quando aplicável.]</w:t>
      </w:r>
    </w:p>
    <w:p>
      <w:pPr>
        <w:spacing w:after="20"/>
      </w:pPr>
      <w:r>
        <w:rPr>
          <w:b/>
        </w:rPr>
        <w:t xml:space="preserve">Disponibilidade de dados: </w:t>
      </w:r>
      <w:r>
        <w:t>[Repositório/link ou justificativa de restrição.]</w:t>
      </w:r>
    </w:p>
    <w:p>
      <w:pPr>
        <w:spacing w:after="20"/>
      </w:pPr>
      <w:r>
        <w:rPr>
          <w:b/>
        </w:rPr>
        <w:t xml:space="preserve">Uso de inteligência artificial: </w:t>
      </w:r>
      <w:r>
        <w:t>[Ferramenta, finalidade e supervisão humana, ou declaração de não uso.]</w:t>
      </w:r>
    </w:p>
    <w:p>
      <w:pPr>
        <w:pStyle w:val="Heading1"/>
      </w:pPr>
      <w:r>
        <w:t>4. Responsabilidade e aprovação</w:t>
      </w:r>
    </w:p>
    <w:p>
      <w:pPr>
        <w:spacing w:after="20"/>
      </w:pPr>
      <w:r>
        <w:rPr>
          <w:b/>
        </w:rPr>
        <w:t xml:space="preserve">☐ </w:t>
      </w:r>
      <w:r>
        <w:t>Todos os autores aprovaram a versão submetida e assumem responsabilidade pelo conteúdo.</w:t>
      </w:r>
    </w:p>
    <w:p>
      <w:pPr>
        <w:spacing w:after="20"/>
      </w:pPr>
      <w:r>
        <w:rPr>
          <w:b/>
        </w:rPr>
        <w:t xml:space="preserve">☐ </w:t>
      </w:r>
      <w:r>
        <w:t>A ordem de autoria foi acordada entre todos os autores.</w:t>
      </w:r>
    </w:p>
    <w:p>
      <w:pPr>
        <w:spacing w:after="20"/>
      </w:pPr>
      <w:r>
        <w:rPr>
          <w:b/>
        </w:rPr>
        <w:t xml:space="preserve">☐ </w:t>
      </w:r>
      <w:r>
        <w:t>O manuscrito é original, não está submetido a outro periódico e todas as fontes foram atribuídas.</w:t>
      </w:r>
    </w:p>
    <w:p>
      <w:r>
        <w:rPr>
          <w:b/>
        </w:rPr>
        <w:t xml:space="preserve">Autor correspondente: </w:t>
      </w:r>
      <w:r>
        <w:t>[Nome completo]</w:t>
      </w:r>
    </w:p>
    <w:p>
      <w:r>
        <w:rPr>
          <w:b/>
        </w:rPr>
        <w:t xml:space="preserve">Data: </w:t>
      </w:r>
      <w:r>
        <w:t>[dia/mês/ano]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247" w:right="1134" w:bottom="1247" w:left="1417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sz w:val="17"/>
      </w:rPr>
      <w:t>Modelo editorial RBPC — versão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Times New Roman" w:hAnsi="Times New Roman"/>
        <w:b/>
        <w:sz w:val="20"/>
      </w:rPr>
      <w:t>REVISTA BRASILEIRA DE PRODUÇÃO CIENTÍFICA (RBPC)</w:t>
      <w:br/>
    </w:r>
    <w:r>
      <w:rPr>
        <w:rFonts w:ascii="Times New Roman" w:hAnsi="Times New Roman"/>
        <w:sz w:val="18"/>
      </w:rPr>
      <w:t>ISSN 3086-6944 • rbpc.tech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0"/>
    </w:pPr>
    <w:rPr>
      <w:rFonts w:ascii="Times New Roman" w:hAnsi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4F81BD" w:themeColor="accen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